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2D66" w:rsidRDefault="000E3152">
      <w:pPr>
        <w:jc w:val="center"/>
      </w:pPr>
      <w:r>
        <w:rPr>
          <w:noProof/>
          <w:lang w:val="en-IN" w:eastAsia="en-IN"/>
        </w:rPr>
        <w:drawing>
          <wp:anchor distT="0" distB="0" distL="114300" distR="114300" simplePos="0" relativeHeight="251659264" behindDoc="0" locked="0" layoutInCell="1" allowOverlap="1" wp14:anchorId="51EF978D" wp14:editId="6F95E379">
            <wp:simplePos x="0" y="0"/>
            <wp:positionH relativeFrom="margin">
              <wp:align>left</wp:align>
            </wp:positionH>
            <wp:positionV relativeFrom="paragraph">
              <wp:posOffset>12065</wp:posOffset>
            </wp:positionV>
            <wp:extent cx="790575" cy="790575"/>
            <wp:effectExtent l="0" t="0" r="9525" b="9525"/>
            <wp:wrapNone/>
            <wp:docPr id="2" name="Picture 2" descr="D:\Bikash ISNT\Role - Vice President\ISNT Logo New updated 29 Nov 2024\ISNT Logo Exp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Bikash ISNT\Role - Vice President\ISNT Logo New updated 29 Nov 2024\ISNT Logo Expt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017A">
        <w:rPr>
          <w:rFonts w:ascii="Arial" w:hAnsi="Arial"/>
          <w:b/>
          <w:color w:val="002060"/>
          <w:sz w:val="26"/>
        </w:rPr>
        <w:t>INDIAN SOCIETY FOR NON-DESTRUCTIVE TESTING (ISNT)</w:t>
      </w:r>
      <w:r w:rsidR="00AE017A">
        <w:rPr>
          <w:rFonts w:ascii="Arial" w:hAnsi="Arial"/>
          <w:b/>
          <w:color w:val="002060"/>
          <w:sz w:val="26"/>
        </w:rPr>
        <w:br/>
      </w:r>
      <w:r w:rsidR="00AE017A">
        <w:rPr>
          <w:rFonts w:ascii="Arial" w:hAnsi="Arial"/>
          <w:b/>
        </w:rPr>
        <w:t>APPLICATION FORM</w:t>
      </w:r>
      <w:r w:rsidR="00AE017A">
        <w:rPr>
          <w:rFonts w:ascii="Arial" w:hAnsi="Arial"/>
          <w:b/>
        </w:rPr>
        <w:br/>
        <w:t>NATIONAL NDT AWARDS — INTERNATIONAL RECOGNITION AWARD</w:t>
      </w:r>
      <w:r w:rsidR="00AE017A">
        <w:rPr>
          <w:rFonts w:ascii="Arial" w:hAnsi="Arial"/>
          <w:b/>
        </w:rPr>
        <w:br/>
      </w:r>
      <w:r w:rsidR="00AE017A">
        <w:rPr>
          <w:rFonts w:ascii="Arial" w:hAnsi="Arial"/>
          <w:i/>
          <w:sz w:val="19"/>
        </w:rPr>
        <w:t>[ Category Specific Form | Category: Global Impact &amp; Leadership | Annexure III E ]</w:t>
      </w:r>
      <w:r w:rsidR="00AE017A">
        <w:rPr>
          <w:rFonts w:ascii="Arial" w:hAnsi="Arial"/>
          <w:i/>
          <w:sz w:val="19"/>
        </w:rPr>
        <w:br/>
      </w:r>
      <w:r w:rsidR="00AE017A">
        <w:rPr>
          <w:color w:val="646464"/>
          <w:sz w:val="17"/>
        </w:rPr>
        <w:t>Form ID: ISNT-AF-INT-05 | Revision: 2.0 | SOP Reference: ISNT-SOP-AWR-01</w:t>
      </w:r>
    </w:p>
    <w:tbl>
      <w:tblPr>
        <w:tblStyle w:val="TableGrid"/>
        <w:tblW w:w="0" w:type="auto"/>
        <w:shd w:val="clear" w:color="auto" w:fill="002060"/>
        <w:tblLook w:val="04A0" w:firstRow="1" w:lastRow="0" w:firstColumn="1" w:lastColumn="0" w:noHBand="0" w:noVBand="1"/>
      </w:tblPr>
      <w:tblGrid>
        <w:gridCol w:w="9926"/>
      </w:tblGrid>
      <w:tr w:rsidR="00AA2704" w:rsidRPr="00AA2704" w:rsidTr="00AA2704">
        <w:trPr>
          <w:trHeight w:val="644"/>
        </w:trPr>
        <w:tc>
          <w:tcPr>
            <w:tcW w:w="9926" w:type="dxa"/>
            <w:shd w:val="clear" w:color="auto" w:fill="002060"/>
          </w:tcPr>
          <w:p w:rsidR="00AA2704" w:rsidRPr="00AA2704" w:rsidRDefault="00AA2704" w:rsidP="00465296">
            <w:pPr>
              <w:spacing w:before="240" w:after="80"/>
              <w:rPr>
                <w:rFonts w:ascii="Arial" w:hAnsi="Arial"/>
                <w:b/>
                <w:color w:val="FFFFFF" w:themeColor="background1"/>
              </w:rPr>
            </w:pPr>
            <w:r w:rsidRPr="00AA2704">
              <w:rPr>
                <w:rFonts w:ascii="Arial" w:hAnsi="Arial"/>
                <w:b/>
                <w:color w:val="FFFFFF" w:themeColor="background1"/>
              </w:rPr>
              <w:t>A. AWARD CATEGORY, SCOPE &amp; SUBMISSION ROUTE</w:t>
            </w:r>
          </w:p>
        </w:tc>
      </w:tr>
    </w:tbl>
    <w:p w:rsidR="00AA2704" w:rsidRDefault="00AA2704">
      <w:pPr>
        <w:spacing w:before="240" w:after="80"/>
      </w:pPr>
    </w:p>
    <w:tbl>
      <w:tblPr>
        <w:tblW w:w="0" w:type="auto"/>
        <w:jc w:val="center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ook w:val="04A0" w:firstRow="1" w:lastRow="0" w:firstColumn="1" w:lastColumn="0" w:noHBand="0" w:noVBand="1"/>
      </w:tblPr>
      <w:tblGrid>
        <w:gridCol w:w="4962"/>
        <w:gridCol w:w="4964"/>
      </w:tblGrid>
      <w:tr w:rsidR="00F32D66">
        <w:trPr>
          <w:jc w:val="center"/>
        </w:trPr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32D66" w:rsidRDefault="00AE017A">
            <w:r>
              <w:rPr>
                <w:rFonts w:ascii="Arial" w:hAnsi="Arial"/>
                <w:b/>
                <w:sz w:val="18"/>
              </w:rPr>
              <w:t>Target Category:</w:t>
            </w:r>
          </w:p>
        </w:tc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32D66" w:rsidRDefault="00AE017A">
            <w:r>
              <w:rPr>
                <w:rFonts w:ascii="Arial" w:hAnsi="Arial"/>
                <w:sz w:val="18"/>
              </w:rPr>
              <w:t>☐  International Recognition Award</w:t>
            </w:r>
          </w:p>
        </w:tc>
      </w:tr>
      <w:tr w:rsidR="00F32D66">
        <w:trPr>
          <w:jc w:val="center"/>
        </w:trPr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32D66" w:rsidRDefault="00AE017A">
            <w:r>
              <w:rPr>
                <w:rFonts w:ascii="Arial" w:hAnsi="Arial"/>
                <w:b/>
                <w:sz w:val="18"/>
              </w:rPr>
              <w:t>Submission Route:</w:t>
            </w:r>
          </w:p>
        </w:tc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32D66" w:rsidRDefault="00AE017A">
            <w:r>
              <w:rPr>
                <w:rFonts w:ascii="Arial" w:hAnsi="Arial"/>
                <w:sz w:val="18"/>
              </w:rPr>
              <w:t>☐ Route A: Direct Self-Application</w:t>
            </w:r>
            <w:r>
              <w:rPr>
                <w:rFonts w:ascii="Arial" w:hAnsi="Arial"/>
                <w:sz w:val="18"/>
              </w:rPr>
              <w:br/>
              <w:t>☐ Route B: Nomination by Organisation / ISNT Chapter</w:t>
            </w:r>
          </w:p>
        </w:tc>
      </w:tr>
      <w:tr w:rsidR="00F32D66">
        <w:trPr>
          <w:jc w:val="center"/>
        </w:trPr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32D66" w:rsidRDefault="00AE017A">
            <w:r>
              <w:rPr>
                <w:rFonts w:ascii="Arial" w:hAnsi="Arial"/>
                <w:b/>
                <w:sz w:val="18"/>
              </w:rPr>
              <w:t>Scope of International Work:</w:t>
            </w:r>
          </w:p>
        </w:tc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32D66" w:rsidRDefault="00AE017A">
            <w:r>
              <w:rPr>
                <w:rFonts w:ascii="Arial" w:hAnsi="Arial"/>
                <w:sz w:val="18"/>
              </w:rPr>
              <w:t>☐  ICNDT / EFNDT / APFNDT Leadership &amp; Committees</w:t>
            </w:r>
            <w:r>
              <w:rPr>
                <w:rFonts w:ascii="Arial" w:hAnsi="Arial"/>
                <w:sz w:val="18"/>
              </w:rPr>
              <w:br/>
              <w:t>☐  ISO / International Standards Technical Committees &amp; Harmonization</w:t>
            </w:r>
            <w:r>
              <w:rPr>
                <w:rFonts w:ascii="Arial" w:hAnsi="Arial"/>
                <w:sz w:val="18"/>
              </w:rPr>
              <w:br/>
              <w:t>☐  International Keynotes, Plenaries &amp; Invited Lectures</w:t>
            </w:r>
            <w:r>
              <w:rPr>
                <w:rFonts w:ascii="Arial" w:hAnsi="Arial"/>
                <w:sz w:val="18"/>
              </w:rPr>
              <w:br/>
              <w:t>☐  Global Industrial / Research Programmes &amp; Joint R&amp;D</w:t>
            </w:r>
            <w:r>
              <w:rPr>
                <w:rFonts w:ascii="Arial" w:hAnsi="Arial"/>
                <w:sz w:val="18"/>
              </w:rPr>
              <w:br/>
              <w:t>☐  Global Deployment / Licensing / Exports of NDE Technology</w:t>
            </w:r>
            <w:r>
              <w:rPr>
                <w:rFonts w:ascii="Arial" w:hAnsi="Arial"/>
                <w:sz w:val="18"/>
              </w:rPr>
              <w:br/>
              <w:t>☐  Other International Contribution; Specify: ___________________</w:t>
            </w:r>
          </w:p>
        </w:tc>
      </w:tr>
    </w:tbl>
    <w:p w:rsidR="00AA2704" w:rsidRDefault="00AA2704">
      <w:pPr>
        <w:spacing w:before="240" w:after="80"/>
        <w:rPr>
          <w:rFonts w:ascii="Arial" w:hAnsi="Arial"/>
          <w:b/>
          <w:color w:val="002060"/>
        </w:rPr>
      </w:pPr>
    </w:p>
    <w:tbl>
      <w:tblPr>
        <w:tblStyle w:val="TableGrid"/>
        <w:tblW w:w="0" w:type="auto"/>
        <w:shd w:val="clear" w:color="auto" w:fill="002060"/>
        <w:tblLook w:val="04A0" w:firstRow="1" w:lastRow="0" w:firstColumn="1" w:lastColumn="0" w:noHBand="0" w:noVBand="1"/>
      </w:tblPr>
      <w:tblGrid>
        <w:gridCol w:w="9926"/>
      </w:tblGrid>
      <w:tr w:rsidR="00AA2704" w:rsidRPr="00AA2704" w:rsidTr="00AA2704">
        <w:trPr>
          <w:trHeight w:val="743"/>
        </w:trPr>
        <w:tc>
          <w:tcPr>
            <w:tcW w:w="9926" w:type="dxa"/>
            <w:shd w:val="clear" w:color="auto" w:fill="002060"/>
          </w:tcPr>
          <w:p w:rsidR="00AA2704" w:rsidRPr="00AA2704" w:rsidRDefault="00AA2704" w:rsidP="00B43515">
            <w:pPr>
              <w:spacing w:before="240" w:after="80"/>
              <w:rPr>
                <w:rFonts w:ascii="Arial" w:hAnsi="Arial"/>
                <w:b/>
                <w:color w:val="FFFFFF" w:themeColor="background1"/>
              </w:rPr>
            </w:pPr>
            <w:r w:rsidRPr="00AA2704">
              <w:rPr>
                <w:rFonts w:ascii="Arial" w:hAnsi="Arial"/>
                <w:b/>
                <w:color w:val="FFFFFF" w:themeColor="background1"/>
              </w:rPr>
              <w:t>B. APPLICANT / NOMINEE DETAILS</w:t>
            </w:r>
          </w:p>
        </w:tc>
      </w:tr>
    </w:tbl>
    <w:p w:rsidR="00AA2704" w:rsidRDefault="00AA2704">
      <w:pPr>
        <w:spacing w:before="240" w:after="80"/>
      </w:pPr>
    </w:p>
    <w:tbl>
      <w:tblPr>
        <w:tblW w:w="0" w:type="auto"/>
        <w:jc w:val="center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ook w:val="04A0" w:firstRow="1" w:lastRow="0" w:firstColumn="1" w:lastColumn="0" w:noHBand="0" w:noVBand="1"/>
      </w:tblPr>
      <w:tblGrid>
        <w:gridCol w:w="4963"/>
        <w:gridCol w:w="2670"/>
        <w:gridCol w:w="2293"/>
      </w:tblGrid>
      <w:tr w:rsidR="00D41AA5" w:rsidTr="00D41AA5">
        <w:trPr>
          <w:jc w:val="center"/>
        </w:trPr>
        <w:tc>
          <w:tcPr>
            <w:tcW w:w="4963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41AA5" w:rsidRDefault="00D41AA5">
            <w:r>
              <w:rPr>
                <w:rFonts w:ascii="Arial" w:hAnsi="Arial"/>
                <w:b/>
                <w:sz w:val="18"/>
              </w:rPr>
              <w:t>Full Name (Capitals):</w:t>
            </w:r>
          </w:p>
        </w:tc>
        <w:tc>
          <w:tcPr>
            <w:tcW w:w="2670" w:type="dxa"/>
            <w:tcBorders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41AA5" w:rsidRDefault="00D41AA5">
            <w:pPr>
              <w:jc w:val="right"/>
              <w:rPr>
                <w:rFonts w:ascii="Arial" w:hAnsi="Arial"/>
                <w:color w:val="808080"/>
                <w:sz w:val="16"/>
              </w:rPr>
            </w:pPr>
          </w:p>
          <w:p w:rsidR="00D41AA5" w:rsidRDefault="00D41AA5" w:rsidP="00D41AA5">
            <w:pPr>
              <w:jc w:val="right"/>
            </w:pPr>
          </w:p>
        </w:tc>
        <w:tc>
          <w:tcPr>
            <w:tcW w:w="2293" w:type="dxa"/>
            <w:vMerge w:val="restart"/>
            <w:tcBorders>
              <w:left w:val="single" w:sz="4" w:space="0" w:color="auto"/>
            </w:tcBorders>
          </w:tcPr>
          <w:p w:rsidR="00D41AA5" w:rsidRDefault="00D41AA5" w:rsidP="00D41AA5">
            <w:pPr>
              <w:jc w:val="right"/>
            </w:pPr>
            <w:r>
              <w:rPr>
                <w:rFonts w:ascii="Arial" w:hAnsi="Arial"/>
                <w:color w:val="808080"/>
                <w:sz w:val="16"/>
              </w:rPr>
              <w:t>AFFIX PASSPORT SIZE</w:t>
            </w:r>
            <w:r>
              <w:rPr>
                <w:rFonts w:ascii="Arial" w:hAnsi="Arial"/>
                <w:color w:val="808080"/>
                <w:sz w:val="16"/>
              </w:rPr>
              <w:br/>
              <w:t>PHOTOGRAPH HERE</w:t>
            </w:r>
          </w:p>
        </w:tc>
      </w:tr>
      <w:tr w:rsidR="00D41AA5" w:rsidTr="00D41AA5">
        <w:trPr>
          <w:jc w:val="center"/>
        </w:trPr>
        <w:tc>
          <w:tcPr>
            <w:tcW w:w="4963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41AA5" w:rsidRDefault="00D41AA5">
            <w:r>
              <w:rPr>
                <w:rFonts w:ascii="Arial" w:hAnsi="Arial"/>
                <w:b/>
                <w:sz w:val="18"/>
              </w:rPr>
              <w:t>Date of Birth (DD/MM/YYYY):</w:t>
            </w:r>
          </w:p>
        </w:tc>
        <w:tc>
          <w:tcPr>
            <w:tcW w:w="2670" w:type="dxa"/>
            <w:tcBorders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41AA5" w:rsidRDefault="00D41AA5"/>
        </w:tc>
        <w:tc>
          <w:tcPr>
            <w:tcW w:w="2293" w:type="dxa"/>
            <w:vMerge/>
            <w:tcBorders>
              <w:left w:val="single" w:sz="4" w:space="0" w:color="auto"/>
            </w:tcBorders>
          </w:tcPr>
          <w:p w:rsidR="00D41AA5" w:rsidRDefault="00D41AA5"/>
        </w:tc>
      </w:tr>
      <w:tr w:rsidR="00D41AA5" w:rsidTr="00D41AA5">
        <w:trPr>
          <w:jc w:val="center"/>
        </w:trPr>
        <w:tc>
          <w:tcPr>
            <w:tcW w:w="4963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41AA5" w:rsidRDefault="00D41AA5">
            <w:r>
              <w:rPr>
                <w:rFonts w:ascii="Arial" w:hAnsi="Arial"/>
                <w:b/>
                <w:sz w:val="18"/>
              </w:rPr>
              <w:t>Designation &amp; Organisation:</w:t>
            </w:r>
          </w:p>
        </w:tc>
        <w:tc>
          <w:tcPr>
            <w:tcW w:w="2670" w:type="dxa"/>
            <w:tcBorders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41AA5" w:rsidRDefault="00D41AA5"/>
        </w:tc>
        <w:tc>
          <w:tcPr>
            <w:tcW w:w="2293" w:type="dxa"/>
            <w:vMerge/>
            <w:tcBorders>
              <w:left w:val="single" w:sz="4" w:space="0" w:color="auto"/>
            </w:tcBorders>
          </w:tcPr>
          <w:p w:rsidR="00D41AA5" w:rsidRDefault="00D41AA5"/>
        </w:tc>
      </w:tr>
      <w:tr w:rsidR="00F32D66" w:rsidTr="00D41AA5">
        <w:trPr>
          <w:jc w:val="center"/>
        </w:trPr>
        <w:tc>
          <w:tcPr>
            <w:tcW w:w="4963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32D66" w:rsidRDefault="00AE017A">
            <w:r>
              <w:rPr>
                <w:rFonts w:ascii="Arial" w:hAnsi="Arial"/>
                <w:b/>
                <w:sz w:val="18"/>
              </w:rPr>
              <w:t>Official Address:</w:t>
            </w:r>
          </w:p>
        </w:tc>
        <w:tc>
          <w:tcPr>
            <w:tcW w:w="4963" w:type="dxa"/>
            <w:gridSpan w:val="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32D66" w:rsidRDefault="00F32D66"/>
        </w:tc>
      </w:tr>
      <w:tr w:rsidR="00F32D66" w:rsidTr="00D41AA5">
        <w:trPr>
          <w:jc w:val="center"/>
        </w:trPr>
        <w:tc>
          <w:tcPr>
            <w:tcW w:w="4963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32D66" w:rsidRDefault="00AE017A">
            <w:r>
              <w:rPr>
                <w:rFonts w:ascii="Arial" w:hAnsi="Arial"/>
                <w:b/>
                <w:sz w:val="18"/>
              </w:rPr>
              <w:t>Residential Address:</w:t>
            </w:r>
          </w:p>
        </w:tc>
        <w:tc>
          <w:tcPr>
            <w:tcW w:w="4963" w:type="dxa"/>
            <w:gridSpan w:val="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32D66" w:rsidRDefault="00F32D66"/>
        </w:tc>
      </w:tr>
      <w:tr w:rsidR="00F32D66" w:rsidTr="00D41AA5">
        <w:trPr>
          <w:jc w:val="center"/>
        </w:trPr>
        <w:tc>
          <w:tcPr>
            <w:tcW w:w="4963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32D66" w:rsidRDefault="00AE017A">
            <w:r>
              <w:rPr>
                <w:rFonts w:ascii="Arial" w:hAnsi="Arial"/>
                <w:b/>
                <w:sz w:val="18"/>
              </w:rPr>
              <w:t>Contact Details:</w:t>
            </w:r>
          </w:p>
        </w:tc>
        <w:tc>
          <w:tcPr>
            <w:tcW w:w="4963" w:type="dxa"/>
            <w:gridSpan w:val="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32D66" w:rsidRDefault="00AE017A">
            <w:r>
              <w:rPr>
                <w:rFonts w:ascii="Arial" w:hAnsi="Arial"/>
                <w:sz w:val="18"/>
              </w:rPr>
              <w:t>Phone:</w:t>
            </w:r>
            <w:r>
              <w:rPr>
                <w:rFonts w:ascii="Arial" w:hAnsi="Arial"/>
                <w:sz w:val="18"/>
              </w:rPr>
              <w:br/>
              <w:t>Email:</w:t>
            </w:r>
          </w:p>
        </w:tc>
      </w:tr>
      <w:tr w:rsidR="00F32D66" w:rsidTr="00D41AA5">
        <w:trPr>
          <w:jc w:val="center"/>
        </w:trPr>
        <w:tc>
          <w:tcPr>
            <w:tcW w:w="4963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32D66" w:rsidRDefault="00AE017A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lastRenderedPageBreak/>
              <w:t>ISNT Membership No.:</w:t>
            </w:r>
          </w:p>
          <w:p w:rsidR="00BE1EB6" w:rsidRDefault="00BE1EB6">
            <w:r w:rsidRPr="007E4AC1">
              <w:rPr>
                <w:rFonts w:ascii="Arial" w:hAnsi="Arial" w:cs="Arial"/>
                <w:color w:val="808080" w:themeColor="background1" w:themeShade="80"/>
                <w:sz w:val="16"/>
                <w:szCs w:val="16"/>
                <w:shd w:val="clear" w:color="auto" w:fill="FFFFFF"/>
              </w:rPr>
              <w:t>(</w:t>
            </w:r>
            <w:r w:rsidRPr="007E4AC1">
              <w:rPr>
                <w:rFonts w:ascii="Arial" w:hAnsi="Arial" w:cs="Arial"/>
                <w:color w:val="808080" w:themeColor="background1" w:themeShade="80"/>
                <w:sz w:val="18"/>
                <w:szCs w:val="18"/>
                <w:shd w:val="clear" w:color="auto" w:fill="FFFFFF"/>
              </w:rPr>
              <w:t>ISNT Membership is mandatory and shall be valid from the date of application through 31st Dec 2026</w:t>
            </w:r>
            <w:r w:rsidRPr="007E4AC1">
              <w:rPr>
                <w:rFonts w:ascii="Arial" w:hAnsi="Arial" w:cs="Arial"/>
                <w:color w:val="808080" w:themeColor="background1" w:themeShade="80"/>
                <w:sz w:val="16"/>
                <w:szCs w:val="16"/>
                <w:shd w:val="clear" w:color="auto" w:fill="FFFFFF"/>
              </w:rPr>
              <w:t>).</w:t>
            </w:r>
            <w:bookmarkStart w:id="0" w:name="_GoBack"/>
            <w:bookmarkEnd w:id="0"/>
          </w:p>
        </w:tc>
        <w:tc>
          <w:tcPr>
            <w:tcW w:w="4963" w:type="dxa"/>
            <w:gridSpan w:val="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32D66" w:rsidRDefault="00F32D66"/>
        </w:tc>
      </w:tr>
    </w:tbl>
    <w:p w:rsidR="00AA2704" w:rsidRDefault="00AA2704">
      <w:pPr>
        <w:spacing w:before="240" w:after="80"/>
        <w:rPr>
          <w:rFonts w:ascii="Arial" w:hAnsi="Arial"/>
          <w:b/>
          <w:color w:val="002060"/>
        </w:rPr>
      </w:pPr>
    </w:p>
    <w:tbl>
      <w:tblPr>
        <w:tblStyle w:val="TableGrid"/>
        <w:tblW w:w="0" w:type="auto"/>
        <w:shd w:val="clear" w:color="auto" w:fill="002060"/>
        <w:tblLook w:val="04A0" w:firstRow="1" w:lastRow="0" w:firstColumn="1" w:lastColumn="0" w:noHBand="0" w:noVBand="1"/>
      </w:tblPr>
      <w:tblGrid>
        <w:gridCol w:w="9926"/>
      </w:tblGrid>
      <w:tr w:rsidR="00AA2704" w:rsidRPr="00AA2704" w:rsidTr="00AA2704">
        <w:trPr>
          <w:trHeight w:val="683"/>
        </w:trPr>
        <w:tc>
          <w:tcPr>
            <w:tcW w:w="9926" w:type="dxa"/>
            <w:shd w:val="clear" w:color="auto" w:fill="002060"/>
          </w:tcPr>
          <w:p w:rsidR="00AA2704" w:rsidRPr="00AA2704" w:rsidRDefault="00AA2704" w:rsidP="00E30A2B">
            <w:pPr>
              <w:spacing w:before="240" w:after="80"/>
              <w:rPr>
                <w:color w:val="FFFFFF" w:themeColor="background1"/>
              </w:rPr>
            </w:pPr>
            <w:r w:rsidRPr="00AA2704">
              <w:rPr>
                <w:rFonts w:ascii="Arial" w:hAnsi="Arial"/>
                <w:b/>
                <w:color w:val="FFFFFF" w:themeColor="background1"/>
              </w:rPr>
              <w:t>C. NOMINATOR DETAILS (OPTIONAL — IF APPLICABLE)</w:t>
            </w:r>
          </w:p>
        </w:tc>
      </w:tr>
    </w:tbl>
    <w:p w:rsidR="00F32D66" w:rsidRDefault="00AE017A">
      <w:pPr>
        <w:spacing w:after="40"/>
      </w:pPr>
      <w:r>
        <w:rPr>
          <w:i/>
          <w:sz w:val="17"/>
        </w:rPr>
        <w:t>(Complete this section only if submitting under Route B: Nomination by Organisation/Chapter)</w:t>
      </w:r>
    </w:p>
    <w:tbl>
      <w:tblPr>
        <w:tblW w:w="0" w:type="auto"/>
        <w:jc w:val="center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ook w:val="04A0" w:firstRow="1" w:lastRow="0" w:firstColumn="1" w:lastColumn="0" w:noHBand="0" w:noVBand="1"/>
      </w:tblPr>
      <w:tblGrid>
        <w:gridCol w:w="4963"/>
        <w:gridCol w:w="4963"/>
      </w:tblGrid>
      <w:tr w:rsidR="00F32D66">
        <w:trPr>
          <w:jc w:val="center"/>
        </w:trPr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32D66" w:rsidRDefault="00AE017A">
            <w:r>
              <w:rPr>
                <w:rFonts w:ascii="Arial" w:hAnsi="Arial"/>
                <w:b/>
                <w:sz w:val="18"/>
              </w:rPr>
              <w:t>Nominator Type:</w:t>
            </w:r>
          </w:p>
        </w:tc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32D66" w:rsidRDefault="00AE017A">
            <w:r>
              <w:rPr>
                <w:rFonts w:ascii="Arial" w:hAnsi="Arial"/>
                <w:sz w:val="18"/>
              </w:rPr>
              <w:t>☐ ISNT Chapter    ☐ Honorary Fellow    ☐ Company / Industry    ☐ R&amp;D / Academic Institute</w:t>
            </w:r>
          </w:p>
        </w:tc>
      </w:tr>
      <w:tr w:rsidR="00F32D66">
        <w:trPr>
          <w:jc w:val="center"/>
        </w:trPr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32D66" w:rsidRDefault="00AE017A">
            <w:r>
              <w:rPr>
                <w:rFonts w:ascii="Arial" w:hAnsi="Arial"/>
                <w:b/>
                <w:sz w:val="18"/>
              </w:rPr>
              <w:t>Name &amp; Address of Body:</w:t>
            </w:r>
          </w:p>
        </w:tc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32D66" w:rsidRDefault="00F32D66"/>
        </w:tc>
      </w:tr>
      <w:tr w:rsidR="00F32D66">
        <w:trPr>
          <w:jc w:val="center"/>
        </w:trPr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32D66" w:rsidRDefault="00AE017A">
            <w:r>
              <w:rPr>
                <w:rFonts w:ascii="Arial" w:hAnsi="Arial"/>
                <w:b/>
                <w:sz w:val="18"/>
              </w:rPr>
              <w:t>Contact Person &amp; Designation:</w:t>
            </w:r>
          </w:p>
        </w:tc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32D66" w:rsidRDefault="00AE017A">
            <w:r>
              <w:rPr>
                <w:rFonts w:ascii="Arial" w:hAnsi="Arial"/>
                <w:sz w:val="18"/>
              </w:rPr>
              <w:t>Email:</w:t>
            </w:r>
            <w:r>
              <w:rPr>
                <w:rFonts w:ascii="Arial" w:hAnsi="Arial"/>
                <w:sz w:val="18"/>
              </w:rPr>
              <w:br/>
              <w:t>Phone:</w:t>
            </w:r>
          </w:p>
        </w:tc>
      </w:tr>
    </w:tbl>
    <w:p w:rsidR="00AA2704" w:rsidRDefault="00AA2704">
      <w:pPr>
        <w:spacing w:before="240" w:after="80"/>
        <w:rPr>
          <w:rFonts w:ascii="Arial" w:hAnsi="Arial"/>
          <w:b/>
          <w:color w:val="002060"/>
        </w:rPr>
      </w:pPr>
    </w:p>
    <w:tbl>
      <w:tblPr>
        <w:tblStyle w:val="TableGrid"/>
        <w:tblW w:w="0" w:type="auto"/>
        <w:shd w:val="clear" w:color="auto" w:fill="002060"/>
        <w:tblLook w:val="04A0" w:firstRow="1" w:lastRow="0" w:firstColumn="1" w:lastColumn="0" w:noHBand="0" w:noVBand="1"/>
      </w:tblPr>
      <w:tblGrid>
        <w:gridCol w:w="9926"/>
      </w:tblGrid>
      <w:tr w:rsidR="00AA2704" w:rsidRPr="00AA2704" w:rsidTr="00AA2704">
        <w:trPr>
          <w:trHeight w:val="711"/>
        </w:trPr>
        <w:tc>
          <w:tcPr>
            <w:tcW w:w="9926" w:type="dxa"/>
            <w:shd w:val="clear" w:color="auto" w:fill="002060"/>
          </w:tcPr>
          <w:p w:rsidR="00AA2704" w:rsidRPr="00AA2704" w:rsidRDefault="00AA2704" w:rsidP="00A23749">
            <w:pPr>
              <w:spacing w:before="240" w:after="80"/>
              <w:rPr>
                <w:rFonts w:ascii="Arial" w:hAnsi="Arial"/>
                <w:b/>
                <w:color w:val="FFFFFF" w:themeColor="background1"/>
              </w:rPr>
            </w:pPr>
            <w:r w:rsidRPr="00AA2704">
              <w:rPr>
                <w:rFonts w:ascii="Arial" w:hAnsi="Arial"/>
                <w:b/>
                <w:color w:val="FFFFFF" w:themeColor="background1"/>
              </w:rPr>
              <w:t>D. INTERNATIONAL STANDING, LEADERSHIP &amp; ENGAGEMENT ROLES</w:t>
            </w:r>
          </w:p>
        </w:tc>
      </w:tr>
    </w:tbl>
    <w:p w:rsidR="00F32D66" w:rsidRDefault="00AE017A">
      <w:pPr>
        <w:spacing w:after="80"/>
      </w:pPr>
      <w:r>
        <w:rPr>
          <w:i/>
          <w:sz w:val="17"/>
        </w:rPr>
        <w:t>Note: Focus on sustained leadership, specific roles, and substantive contributions rather than passive membership or activity counts.</w:t>
      </w:r>
    </w:p>
    <w:tbl>
      <w:tblPr>
        <w:tblW w:w="0" w:type="auto"/>
        <w:jc w:val="center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ook w:val="04A0" w:firstRow="1" w:lastRow="0" w:firstColumn="1" w:lastColumn="0" w:noHBand="0" w:noVBand="1"/>
      </w:tblPr>
      <w:tblGrid>
        <w:gridCol w:w="4962"/>
        <w:gridCol w:w="4964"/>
      </w:tblGrid>
      <w:tr w:rsidR="00F32D66">
        <w:trPr>
          <w:jc w:val="center"/>
        </w:trPr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32D66" w:rsidRDefault="00AE017A">
            <w:r>
              <w:rPr>
                <w:rFonts w:ascii="Arial" w:hAnsi="Arial"/>
                <w:b/>
                <w:sz w:val="18"/>
              </w:rPr>
              <w:t>International Professional Bodies &amp; Leadership Roles:</w:t>
            </w:r>
            <w:r>
              <w:rPr>
                <w:rFonts w:ascii="Arial" w:hAnsi="Arial"/>
                <w:b/>
                <w:sz w:val="18"/>
              </w:rPr>
              <w:br/>
              <w:t>(ICNDT, APFNDT, EFNDT, ASNT, BINDT, etc.)</w:t>
            </w:r>
          </w:p>
        </w:tc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32D66" w:rsidRDefault="00AE017A">
            <w:r>
              <w:rPr>
                <w:rFonts w:ascii="Arial" w:hAnsi="Arial"/>
                <w:sz w:val="18"/>
              </w:rPr>
              <w:t>Specify organisation, exact role (Chair/Officer/Member), specific contributions, and duration of leadership:</w:t>
            </w:r>
          </w:p>
        </w:tc>
      </w:tr>
      <w:tr w:rsidR="00F32D66">
        <w:trPr>
          <w:jc w:val="center"/>
        </w:trPr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32D66" w:rsidRDefault="00AE017A">
            <w:r>
              <w:rPr>
                <w:rFonts w:ascii="Arial" w:hAnsi="Arial"/>
                <w:b/>
                <w:sz w:val="18"/>
              </w:rPr>
              <w:t>International Standards Technical Committees:</w:t>
            </w:r>
            <w:r>
              <w:rPr>
                <w:rFonts w:ascii="Arial" w:hAnsi="Arial"/>
                <w:b/>
                <w:sz w:val="18"/>
              </w:rPr>
              <w:br/>
              <w:t>(ISO, CEN, ASME, ASTM, etc.)</w:t>
            </w:r>
          </w:p>
        </w:tc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32D66" w:rsidRDefault="00AE017A">
            <w:r>
              <w:rPr>
                <w:rFonts w:ascii="Arial" w:hAnsi="Arial"/>
                <w:sz w:val="18"/>
              </w:rPr>
              <w:t>Specify technical committee/working group, candidate's specific role, standards clauses influenced/authored, and duration:</w:t>
            </w:r>
          </w:p>
        </w:tc>
      </w:tr>
      <w:tr w:rsidR="00F32D66">
        <w:trPr>
          <w:jc w:val="center"/>
        </w:trPr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32D66" w:rsidRDefault="00AE017A">
            <w:r>
              <w:rPr>
                <w:rFonts w:ascii="Arial" w:hAnsi="Arial"/>
                <w:b/>
                <w:sz w:val="18"/>
              </w:rPr>
              <w:t>International Keynotes, Plenaries &amp; Invited Lectures:</w:t>
            </w:r>
          </w:p>
        </w:tc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32D66" w:rsidRDefault="00AE017A">
            <w:r>
              <w:rPr>
                <w:rFonts w:ascii="Arial" w:hAnsi="Arial"/>
                <w:sz w:val="18"/>
              </w:rPr>
              <w:t>List high-impact invited keynotes/plenaries, host organisations, countries, topics, and measurable technical impact:</w:t>
            </w:r>
          </w:p>
        </w:tc>
      </w:tr>
      <w:tr w:rsidR="00F32D66">
        <w:trPr>
          <w:jc w:val="center"/>
        </w:trPr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32D66" w:rsidRDefault="00AE017A">
            <w:r>
              <w:rPr>
                <w:rFonts w:ascii="Arial" w:hAnsi="Arial"/>
                <w:b/>
                <w:sz w:val="18"/>
              </w:rPr>
              <w:t>Editorial Roles &amp; International Recognition:</w:t>
            </w:r>
          </w:p>
        </w:tc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32D66" w:rsidRDefault="00AE017A">
            <w:r>
              <w:rPr>
                <w:rFonts w:ascii="Arial" w:hAnsi="Arial"/>
                <w:sz w:val="18"/>
              </w:rPr>
              <w:t>Editorial boards of international journals, peer-review leadership, international honors, fellowships, or awards received:</w:t>
            </w:r>
          </w:p>
        </w:tc>
      </w:tr>
    </w:tbl>
    <w:p w:rsidR="00244EE3" w:rsidRDefault="00244EE3">
      <w:pPr>
        <w:spacing w:before="240" w:after="80"/>
        <w:rPr>
          <w:rFonts w:ascii="Arial" w:hAnsi="Arial"/>
          <w:b/>
          <w:color w:val="002060"/>
        </w:rPr>
      </w:pPr>
    </w:p>
    <w:tbl>
      <w:tblPr>
        <w:tblStyle w:val="TableGrid"/>
        <w:tblW w:w="0" w:type="auto"/>
        <w:shd w:val="clear" w:color="auto" w:fill="002060"/>
        <w:tblLook w:val="04A0" w:firstRow="1" w:lastRow="0" w:firstColumn="1" w:lastColumn="0" w:noHBand="0" w:noVBand="1"/>
      </w:tblPr>
      <w:tblGrid>
        <w:gridCol w:w="9926"/>
      </w:tblGrid>
      <w:tr w:rsidR="00244EE3" w:rsidRPr="00244EE3" w:rsidTr="00244EE3">
        <w:trPr>
          <w:trHeight w:val="609"/>
        </w:trPr>
        <w:tc>
          <w:tcPr>
            <w:tcW w:w="9926" w:type="dxa"/>
            <w:shd w:val="clear" w:color="auto" w:fill="002060"/>
          </w:tcPr>
          <w:p w:rsidR="00244EE3" w:rsidRPr="00244EE3" w:rsidRDefault="00244EE3" w:rsidP="00107A68">
            <w:pPr>
              <w:spacing w:before="240" w:after="80"/>
              <w:rPr>
                <w:color w:val="FFFFFF" w:themeColor="background1"/>
              </w:rPr>
            </w:pPr>
            <w:r w:rsidRPr="00244EE3">
              <w:rPr>
                <w:rFonts w:ascii="Arial" w:hAnsi="Arial"/>
                <w:b/>
                <w:color w:val="FFFFFF" w:themeColor="background1"/>
              </w:rPr>
              <w:t>E. SUBSTANTIVE INTERNATIONAL OUTCOMES &amp; IMPACT ON NDE</w:t>
            </w:r>
          </w:p>
        </w:tc>
      </w:tr>
    </w:tbl>
    <w:p w:rsidR="00F32D66" w:rsidRDefault="00AE017A">
      <w:pPr>
        <w:spacing w:after="80"/>
      </w:pPr>
      <w:r>
        <w:rPr>
          <w:i/>
          <w:sz w:val="17"/>
        </w:rPr>
        <w:t>Note: Word limits are specified per major criterion (250–400 words max). Up to 2 controlled annexures (max 2 pages total) may be attached. Emphasis must be on verifiable outcomes, technology adoption, and tangible benefits to India and ISNT.</w:t>
      </w:r>
    </w:p>
    <w:tbl>
      <w:tblPr>
        <w:tblW w:w="0" w:type="auto"/>
        <w:jc w:val="center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ook w:val="04A0" w:firstRow="1" w:lastRow="0" w:firstColumn="1" w:lastColumn="0" w:noHBand="0" w:noVBand="1"/>
      </w:tblPr>
      <w:tblGrid>
        <w:gridCol w:w="4964"/>
        <w:gridCol w:w="4962"/>
      </w:tblGrid>
      <w:tr w:rsidR="00F32D66">
        <w:trPr>
          <w:jc w:val="center"/>
        </w:trPr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32D66" w:rsidRDefault="00AE017A">
            <w:r>
              <w:rPr>
                <w:rFonts w:ascii="Arial" w:hAnsi="Arial"/>
                <w:b/>
                <w:sz w:val="18"/>
              </w:rPr>
              <w:t>1. Core International Achievements &amp; Outcome Evidence:</w:t>
            </w:r>
            <w:r>
              <w:rPr>
                <w:rFonts w:ascii="Arial" w:hAnsi="Arial"/>
                <w:b/>
                <w:sz w:val="18"/>
              </w:rPr>
              <w:br/>
            </w:r>
            <w:r>
              <w:rPr>
                <w:rFonts w:ascii="Arial" w:hAnsi="Arial"/>
                <w:b/>
                <w:sz w:val="18"/>
              </w:rPr>
              <w:lastRenderedPageBreak/>
              <w:t>(Max 400 words — Detail specific accomplishments, global deployment, tech licensing, or exports of NDE technology)</w:t>
            </w:r>
          </w:p>
        </w:tc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32D66" w:rsidRDefault="00F32D66"/>
        </w:tc>
      </w:tr>
      <w:tr w:rsidR="00F32D66">
        <w:trPr>
          <w:jc w:val="center"/>
        </w:trPr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32D66" w:rsidRDefault="00AE017A">
            <w:r>
              <w:rPr>
                <w:rFonts w:ascii="Arial" w:hAnsi="Arial"/>
                <w:b/>
                <w:sz w:val="18"/>
              </w:rPr>
              <w:lastRenderedPageBreak/>
              <w:t>2. Standards &amp; International Policy Impact:</w:t>
            </w:r>
            <w:r>
              <w:rPr>
                <w:rFonts w:ascii="Arial" w:hAnsi="Arial"/>
                <w:b/>
                <w:sz w:val="18"/>
              </w:rPr>
              <w:br/>
              <w:t>(Max 350 words — Detail specific ISO/ASME/CEN clauses, standards documents, or harmonization protocols established)</w:t>
            </w:r>
          </w:p>
        </w:tc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32D66" w:rsidRDefault="00F32D66"/>
        </w:tc>
      </w:tr>
      <w:tr w:rsidR="00F32D66">
        <w:trPr>
          <w:jc w:val="center"/>
        </w:trPr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32D66" w:rsidRDefault="00AE017A">
            <w:r>
              <w:rPr>
                <w:rFonts w:ascii="Arial" w:hAnsi="Arial"/>
                <w:b/>
                <w:sz w:val="18"/>
              </w:rPr>
              <w:t>3. International Joint R&amp;D &amp; Collaborative Programmes:</w:t>
            </w:r>
            <w:r>
              <w:rPr>
                <w:rFonts w:ascii="Arial" w:hAnsi="Arial"/>
                <w:b/>
                <w:sz w:val="18"/>
              </w:rPr>
              <w:br/>
              <w:t>(Max 350 words — Detail candidate's specific role in initiating/leading multi-country research or industrial programmes)</w:t>
            </w:r>
          </w:p>
        </w:tc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32D66" w:rsidRDefault="00F32D66"/>
        </w:tc>
      </w:tr>
      <w:tr w:rsidR="00F32D66">
        <w:trPr>
          <w:jc w:val="center"/>
        </w:trPr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32D66" w:rsidRDefault="00AE017A">
            <w:r>
              <w:rPr>
                <w:rFonts w:ascii="Arial" w:hAnsi="Arial"/>
                <w:b/>
                <w:sz w:val="18"/>
              </w:rPr>
              <w:t>4. Specific Benefits to ISNT &amp; the Indian NDE Community:</w:t>
            </w:r>
            <w:r>
              <w:rPr>
                <w:rFonts w:ascii="Arial" w:hAnsi="Arial"/>
                <w:b/>
                <w:sz w:val="18"/>
              </w:rPr>
              <w:br/>
              <w:t>(Max 400 words — Detail how international standing elevated ISNT/Indian NDE, created global linkages, or enabled tech transfer)</w:t>
            </w:r>
          </w:p>
        </w:tc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32D66" w:rsidRDefault="00F32D66"/>
        </w:tc>
      </w:tr>
      <w:tr w:rsidR="00F32D66">
        <w:trPr>
          <w:jc w:val="center"/>
        </w:trPr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32D66" w:rsidRDefault="00AE017A">
            <w:r>
              <w:rPr>
                <w:rFonts w:ascii="Arial" w:hAnsi="Arial"/>
                <w:b/>
                <w:sz w:val="18"/>
              </w:rPr>
              <w:t>5. Sustained Global Leadership, Honors &amp; Recognition:</w:t>
            </w:r>
            <w:r>
              <w:rPr>
                <w:rFonts w:ascii="Arial" w:hAnsi="Arial"/>
                <w:b/>
                <w:sz w:val="18"/>
              </w:rPr>
              <w:br/>
              <w:t>(Max 350 words — Detail sustained leadership over time, international awards, fellowships, and independent global recognition)</w:t>
            </w:r>
          </w:p>
        </w:tc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32D66" w:rsidRDefault="00F32D66"/>
        </w:tc>
      </w:tr>
      <w:tr w:rsidR="00F32D66">
        <w:trPr>
          <w:jc w:val="center"/>
        </w:trPr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32D66" w:rsidRDefault="00AE017A">
            <w:r>
              <w:rPr>
                <w:rFonts w:ascii="Arial" w:hAnsi="Arial"/>
                <w:b/>
                <w:sz w:val="18"/>
              </w:rPr>
              <w:t>6. Future Strategic Vision for Global NDE Advancement:</w:t>
            </w:r>
            <w:r>
              <w:rPr>
                <w:rFonts w:ascii="Arial" w:hAnsi="Arial"/>
                <w:b/>
                <w:sz w:val="18"/>
              </w:rPr>
              <w:br/>
              <w:t>(Max 350 words — Detail international roadmap, future collaborative plans, and vision for NDE discipline advancement)</w:t>
            </w:r>
          </w:p>
        </w:tc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32D66" w:rsidRDefault="00F32D66"/>
        </w:tc>
      </w:tr>
      <w:tr w:rsidR="00244EE3">
        <w:trPr>
          <w:jc w:val="center"/>
        </w:trPr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44EE3" w:rsidRDefault="00244EE3" w:rsidP="00244EE3">
            <w:pPr>
              <w:spacing w:after="0"/>
              <w:rPr>
                <w:rFonts w:ascii="Arial" w:hAnsi="Arial"/>
                <w:b/>
                <w:sz w:val="18"/>
              </w:rPr>
            </w:pPr>
            <w:r w:rsidRPr="00244EE3">
              <w:rPr>
                <w:rFonts w:ascii="Arial" w:hAnsi="Arial"/>
                <w:b/>
                <w:sz w:val="18"/>
              </w:rPr>
              <w:t>7. Role</w:t>
            </w:r>
            <w:r>
              <w:rPr>
                <w:rFonts w:ascii="Arial" w:hAnsi="Arial"/>
                <w:b/>
                <w:sz w:val="18"/>
              </w:rPr>
              <w:t xml:space="preserve"> &amp; contributions </w:t>
            </w:r>
            <w:r w:rsidRPr="00244EE3">
              <w:rPr>
                <w:rFonts w:ascii="Arial" w:hAnsi="Arial"/>
                <w:b/>
                <w:sz w:val="18"/>
              </w:rPr>
              <w:t xml:space="preserve">in Elevating ISNT </w:t>
            </w:r>
            <w:r>
              <w:rPr>
                <w:rFonts w:ascii="Arial" w:hAnsi="Arial"/>
                <w:b/>
                <w:sz w:val="18"/>
              </w:rPr>
              <w:t xml:space="preserve">/ </w:t>
            </w:r>
            <w:r w:rsidRPr="00244EE3">
              <w:rPr>
                <w:rFonts w:ascii="Arial" w:hAnsi="Arial"/>
                <w:b/>
                <w:sz w:val="18"/>
              </w:rPr>
              <w:t>Indian NDT on Global Forums:</w:t>
            </w:r>
          </w:p>
          <w:p w:rsidR="00244EE3" w:rsidRDefault="00244EE3" w:rsidP="00244EE3">
            <w:pPr>
              <w:spacing w:after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(Max 300 words — Detail role played and specific contributions made to elevate ISNT and Indian NDE community on Global platform)</w:t>
            </w:r>
          </w:p>
        </w:tc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44EE3" w:rsidRDefault="00244EE3"/>
        </w:tc>
      </w:tr>
    </w:tbl>
    <w:p w:rsidR="00F32D66" w:rsidRDefault="00AE017A">
      <w:pPr>
        <w:spacing w:before="160" w:after="40"/>
      </w:pPr>
      <w:r>
        <w:rPr>
          <w:b/>
        </w:rPr>
        <w:t>Key International Committees, Engagements &amp; Specific Roles:</w:t>
      </w:r>
    </w:p>
    <w:tbl>
      <w:tblPr>
        <w:tblW w:w="0" w:type="auto"/>
        <w:jc w:val="center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ook w:val="04A0" w:firstRow="1" w:lastRow="0" w:firstColumn="1" w:lastColumn="0" w:noHBand="0" w:noVBand="1"/>
      </w:tblPr>
      <w:tblGrid>
        <w:gridCol w:w="1973"/>
        <w:gridCol w:w="2691"/>
        <w:gridCol w:w="2698"/>
        <w:gridCol w:w="2564"/>
      </w:tblGrid>
      <w:tr w:rsidR="00F32D66" w:rsidTr="00244EE3">
        <w:trPr>
          <w:jc w:val="center"/>
        </w:trPr>
        <w:tc>
          <w:tcPr>
            <w:tcW w:w="576" w:type="dxa"/>
            <w:shd w:val="clear" w:color="auto" w:fill="002060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32D66" w:rsidRDefault="00AE017A">
            <w:pPr>
              <w:jc w:val="center"/>
            </w:pPr>
            <w:r>
              <w:rPr>
                <w:rFonts w:ascii="Arial" w:hAnsi="Arial"/>
                <w:b/>
                <w:sz w:val="17"/>
              </w:rPr>
              <w:t>Sl.</w:t>
            </w:r>
          </w:p>
        </w:tc>
        <w:tc>
          <w:tcPr>
            <w:tcW w:w="3168" w:type="dxa"/>
            <w:shd w:val="clear" w:color="auto" w:fill="002060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32D66" w:rsidRDefault="00AE017A">
            <w:pPr>
              <w:jc w:val="center"/>
            </w:pPr>
            <w:r>
              <w:rPr>
                <w:rFonts w:ascii="Arial" w:hAnsi="Arial"/>
                <w:b/>
                <w:sz w:val="17"/>
              </w:rPr>
              <w:t>International Event / Forum / Committee / Project</w:t>
            </w:r>
          </w:p>
        </w:tc>
        <w:tc>
          <w:tcPr>
            <w:tcW w:w="3168" w:type="dxa"/>
            <w:shd w:val="clear" w:color="auto" w:fill="002060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32D66" w:rsidRDefault="00AE017A">
            <w:pPr>
              <w:jc w:val="center"/>
            </w:pPr>
            <w:r>
              <w:rPr>
                <w:rFonts w:ascii="Arial" w:hAnsi="Arial"/>
                <w:b/>
                <w:sz w:val="17"/>
              </w:rPr>
              <w:t>Country / Organisation &amp; Candidate's Specific Role</w:t>
            </w:r>
          </w:p>
        </w:tc>
        <w:tc>
          <w:tcPr>
            <w:tcW w:w="3024" w:type="dxa"/>
            <w:shd w:val="clear" w:color="auto" w:fill="002060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32D66" w:rsidRDefault="00AE017A">
            <w:pPr>
              <w:jc w:val="center"/>
            </w:pPr>
            <w:r>
              <w:rPr>
                <w:rFonts w:ascii="Arial" w:hAnsi="Arial"/>
                <w:b/>
                <w:sz w:val="17"/>
              </w:rPr>
              <w:t>Measurable Outcome, Policy/Tech Impact &amp; Duration</w:t>
            </w:r>
          </w:p>
        </w:tc>
      </w:tr>
      <w:tr w:rsidR="00F32D66">
        <w:trPr>
          <w:jc w:val="center"/>
        </w:trPr>
        <w:tc>
          <w:tcPr>
            <w:tcW w:w="2484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32D66" w:rsidRDefault="00F32D66"/>
        </w:tc>
        <w:tc>
          <w:tcPr>
            <w:tcW w:w="2484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32D66" w:rsidRDefault="00F32D66"/>
        </w:tc>
        <w:tc>
          <w:tcPr>
            <w:tcW w:w="2484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32D66" w:rsidRDefault="00F32D66"/>
        </w:tc>
        <w:tc>
          <w:tcPr>
            <w:tcW w:w="2484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32D66" w:rsidRDefault="00F32D66"/>
        </w:tc>
      </w:tr>
      <w:tr w:rsidR="00F32D66">
        <w:trPr>
          <w:jc w:val="center"/>
        </w:trPr>
        <w:tc>
          <w:tcPr>
            <w:tcW w:w="2484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32D66" w:rsidRDefault="00F32D66"/>
        </w:tc>
        <w:tc>
          <w:tcPr>
            <w:tcW w:w="2484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32D66" w:rsidRDefault="00F32D66"/>
        </w:tc>
        <w:tc>
          <w:tcPr>
            <w:tcW w:w="2484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32D66" w:rsidRDefault="00F32D66"/>
        </w:tc>
        <w:tc>
          <w:tcPr>
            <w:tcW w:w="2484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32D66" w:rsidRDefault="00F32D66"/>
        </w:tc>
      </w:tr>
      <w:tr w:rsidR="00F32D66">
        <w:trPr>
          <w:jc w:val="center"/>
        </w:trPr>
        <w:tc>
          <w:tcPr>
            <w:tcW w:w="2484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32D66" w:rsidRDefault="00F32D66"/>
        </w:tc>
        <w:tc>
          <w:tcPr>
            <w:tcW w:w="2484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32D66" w:rsidRDefault="00F32D66"/>
        </w:tc>
        <w:tc>
          <w:tcPr>
            <w:tcW w:w="2484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32D66" w:rsidRDefault="00F32D66"/>
        </w:tc>
        <w:tc>
          <w:tcPr>
            <w:tcW w:w="2484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32D66" w:rsidRDefault="00F32D66"/>
        </w:tc>
      </w:tr>
      <w:tr w:rsidR="00F32D66">
        <w:trPr>
          <w:jc w:val="center"/>
        </w:trPr>
        <w:tc>
          <w:tcPr>
            <w:tcW w:w="2484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32D66" w:rsidRDefault="00F32D66"/>
        </w:tc>
        <w:tc>
          <w:tcPr>
            <w:tcW w:w="2484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32D66" w:rsidRDefault="00F32D66"/>
        </w:tc>
        <w:tc>
          <w:tcPr>
            <w:tcW w:w="2484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32D66" w:rsidRDefault="00F32D66"/>
        </w:tc>
        <w:tc>
          <w:tcPr>
            <w:tcW w:w="2484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32D66" w:rsidRDefault="00F32D66"/>
        </w:tc>
      </w:tr>
      <w:tr w:rsidR="00F32D66">
        <w:trPr>
          <w:jc w:val="center"/>
        </w:trPr>
        <w:tc>
          <w:tcPr>
            <w:tcW w:w="2484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32D66" w:rsidRDefault="00F32D66"/>
        </w:tc>
        <w:tc>
          <w:tcPr>
            <w:tcW w:w="2484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32D66" w:rsidRDefault="00F32D66"/>
        </w:tc>
        <w:tc>
          <w:tcPr>
            <w:tcW w:w="2484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32D66" w:rsidRDefault="00F32D66"/>
        </w:tc>
        <w:tc>
          <w:tcPr>
            <w:tcW w:w="2484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32D66" w:rsidRDefault="00F32D66"/>
        </w:tc>
      </w:tr>
    </w:tbl>
    <w:p w:rsidR="00244EE3" w:rsidRDefault="00244EE3">
      <w:pPr>
        <w:spacing w:before="240" w:after="80"/>
        <w:rPr>
          <w:rFonts w:ascii="Arial" w:hAnsi="Arial"/>
          <w:b/>
          <w:color w:val="002060"/>
        </w:rPr>
      </w:pPr>
    </w:p>
    <w:tbl>
      <w:tblPr>
        <w:tblStyle w:val="TableGrid"/>
        <w:tblW w:w="0" w:type="auto"/>
        <w:shd w:val="clear" w:color="auto" w:fill="002060"/>
        <w:tblLook w:val="04A0" w:firstRow="1" w:lastRow="0" w:firstColumn="1" w:lastColumn="0" w:noHBand="0" w:noVBand="1"/>
      </w:tblPr>
      <w:tblGrid>
        <w:gridCol w:w="9926"/>
      </w:tblGrid>
      <w:tr w:rsidR="00244EE3" w:rsidRPr="00244EE3" w:rsidTr="00244EE3">
        <w:trPr>
          <w:trHeight w:val="742"/>
        </w:trPr>
        <w:tc>
          <w:tcPr>
            <w:tcW w:w="9926" w:type="dxa"/>
            <w:shd w:val="clear" w:color="auto" w:fill="002060"/>
          </w:tcPr>
          <w:p w:rsidR="00244EE3" w:rsidRPr="00244EE3" w:rsidRDefault="00244EE3" w:rsidP="00502953">
            <w:pPr>
              <w:spacing w:before="240" w:after="80"/>
              <w:rPr>
                <w:color w:val="FFFFFF" w:themeColor="background1"/>
              </w:rPr>
            </w:pPr>
            <w:r w:rsidRPr="00244EE3">
              <w:rPr>
                <w:rFonts w:ascii="Arial" w:hAnsi="Arial"/>
                <w:b/>
                <w:color w:val="FFFFFF" w:themeColor="background1"/>
              </w:rPr>
              <w:t>F. SUPPORTING DOCUMENTS &amp; CONTROLLED ANNEXURES ATTACHED</w:t>
            </w:r>
          </w:p>
        </w:tc>
      </w:tr>
    </w:tbl>
    <w:p w:rsidR="00F32D66" w:rsidRDefault="00AE017A">
      <w:pPr>
        <w:spacing w:after="40"/>
      </w:pPr>
      <w:r>
        <w:rPr>
          <w:i/>
          <w:sz w:val="17"/>
        </w:rPr>
        <w:t xml:space="preserve">(Maximum 2 Controlled Annexures, up to 2 </w:t>
      </w:r>
      <w:proofErr w:type="gramStart"/>
      <w:r>
        <w:rPr>
          <w:i/>
          <w:sz w:val="17"/>
        </w:rPr>
        <w:t>pages</w:t>
      </w:r>
      <w:proofErr w:type="gramEnd"/>
      <w:r>
        <w:rPr>
          <w:i/>
          <w:sz w:val="17"/>
        </w:rPr>
        <w:t xml:space="preserve"> total allowed)</w:t>
      </w:r>
    </w:p>
    <w:tbl>
      <w:tblPr>
        <w:tblW w:w="0" w:type="auto"/>
        <w:jc w:val="center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ook w:val="04A0" w:firstRow="1" w:lastRow="0" w:firstColumn="1" w:lastColumn="0" w:noHBand="0" w:noVBand="1"/>
      </w:tblPr>
      <w:tblGrid>
        <w:gridCol w:w="3308"/>
        <w:gridCol w:w="3309"/>
        <w:gridCol w:w="3309"/>
      </w:tblGrid>
      <w:tr w:rsidR="00F32D66">
        <w:trPr>
          <w:jc w:val="center"/>
        </w:trPr>
        <w:tc>
          <w:tcPr>
            <w:tcW w:w="331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32D66" w:rsidRDefault="00AE017A">
            <w:r>
              <w:rPr>
                <w:rFonts w:ascii="Arial" w:hAnsi="Arial"/>
                <w:b/>
                <w:sz w:val="18"/>
              </w:rPr>
              <w:t>Sl. No.</w:t>
            </w:r>
          </w:p>
        </w:tc>
        <w:tc>
          <w:tcPr>
            <w:tcW w:w="331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32D66" w:rsidRDefault="00AE017A">
            <w:r>
              <w:rPr>
                <w:rFonts w:ascii="Arial" w:hAnsi="Arial"/>
                <w:b/>
                <w:sz w:val="18"/>
              </w:rPr>
              <w:t>Document / Annexure Description (Standards, Patents, Licenses, Testimonials</w:t>
            </w:r>
            <w:r w:rsidR="000E1574">
              <w:rPr>
                <w:rFonts w:ascii="Arial" w:hAnsi="Arial"/>
                <w:b/>
                <w:sz w:val="18"/>
              </w:rPr>
              <w:t xml:space="preserve"> etc.</w:t>
            </w:r>
            <w:r>
              <w:rPr>
                <w:rFonts w:ascii="Arial" w:hAnsi="Arial"/>
                <w:b/>
                <w:sz w:val="18"/>
              </w:rPr>
              <w:t>)</w:t>
            </w:r>
          </w:p>
        </w:tc>
        <w:tc>
          <w:tcPr>
            <w:tcW w:w="331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32D66" w:rsidRDefault="00AE017A">
            <w:r>
              <w:rPr>
                <w:rFonts w:ascii="Arial" w:hAnsi="Arial"/>
                <w:b/>
                <w:sz w:val="18"/>
              </w:rPr>
              <w:t>Attached (Yes / No)</w:t>
            </w:r>
          </w:p>
        </w:tc>
      </w:tr>
      <w:tr w:rsidR="00F32D66">
        <w:trPr>
          <w:jc w:val="center"/>
        </w:trPr>
        <w:tc>
          <w:tcPr>
            <w:tcW w:w="331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32D66" w:rsidRDefault="00F32D66"/>
        </w:tc>
        <w:tc>
          <w:tcPr>
            <w:tcW w:w="331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32D66" w:rsidRDefault="00F32D66"/>
        </w:tc>
        <w:tc>
          <w:tcPr>
            <w:tcW w:w="331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32D66" w:rsidRDefault="00F32D66"/>
        </w:tc>
      </w:tr>
      <w:tr w:rsidR="00F32D66">
        <w:trPr>
          <w:jc w:val="center"/>
        </w:trPr>
        <w:tc>
          <w:tcPr>
            <w:tcW w:w="331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32D66" w:rsidRDefault="00F32D66"/>
        </w:tc>
        <w:tc>
          <w:tcPr>
            <w:tcW w:w="331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32D66" w:rsidRDefault="00F32D66"/>
        </w:tc>
        <w:tc>
          <w:tcPr>
            <w:tcW w:w="331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32D66" w:rsidRDefault="00F32D66"/>
        </w:tc>
      </w:tr>
      <w:tr w:rsidR="00F32D66">
        <w:trPr>
          <w:jc w:val="center"/>
        </w:trPr>
        <w:tc>
          <w:tcPr>
            <w:tcW w:w="331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32D66" w:rsidRDefault="00F32D66"/>
        </w:tc>
        <w:tc>
          <w:tcPr>
            <w:tcW w:w="331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32D66" w:rsidRDefault="00F32D66"/>
        </w:tc>
        <w:tc>
          <w:tcPr>
            <w:tcW w:w="331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32D66" w:rsidRDefault="00F32D66"/>
        </w:tc>
      </w:tr>
      <w:tr w:rsidR="00F32D66">
        <w:trPr>
          <w:jc w:val="center"/>
        </w:trPr>
        <w:tc>
          <w:tcPr>
            <w:tcW w:w="331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32D66" w:rsidRDefault="00F32D66"/>
        </w:tc>
        <w:tc>
          <w:tcPr>
            <w:tcW w:w="331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32D66" w:rsidRDefault="00F32D66"/>
        </w:tc>
        <w:tc>
          <w:tcPr>
            <w:tcW w:w="331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32D66" w:rsidRDefault="00F32D66"/>
        </w:tc>
      </w:tr>
    </w:tbl>
    <w:p w:rsidR="00244EE3" w:rsidRDefault="00244EE3">
      <w:pPr>
        <w:spacing w:before="240" w:after="80"/>
        <w:rPr>
          <w:rFonts w:ascii="Arial" w:hAnsi="Arial"/>
          <w:b/>
          <w:color w:val="002060"/>
        </w:rPr>
      </w:pPr>
    </w:p>
    <w:tbl>
      <w:tblPr>
        <w:tblStyle w:val="TableGrid"/>
        <w:tblW w:w="0" w:type="auto"/>
        <w:shd w:val="clear" w:color="auto" w:fill="002060"/>
        <w:tblLook w:val="04A0" w:firstRow="1" w:lastRow="0" w:firstColumn="1" w:lastColumn="0" w:noHBand="0" w:noVBand="1"/>
      </w:tblPr>
      <w:tblGrid>
        <w:gridCol w:w="9926"/>
      </w:tblGrid>
      <w:tr w:rsidR="00244EE3" w:rsidRPr="00244EE3" w:rsidTr="00244EE3">
        <w:trPr>
          <w:trHeight w:val="733"/>
        </w:trPr>
        <w:tc>
          <w:tcPr>
            <w:tcW w:w="9926" w:type="dxa"/>
            <w:shd w:val="clear" w:color="auto" w:fill="002060"/>
          </w:tcPr>
          <w:p w:rsidR="00244EE3" w:rsidRPr="00244EE3" w:rsidRDefault="00244EE3" w:rsidP="00B27E9B">
            <w:pPr>
              <w:spacing w:before="240" w:after="80"/>
              <w:rPr>
                <w:color w:val="FFFFFF" w:themeColor="background1"/>
              </w:rPr>
            </w:pPr>
            <w:r w:rsidRPr="00244EE3">
              <w:rPr>
                <w:rFonts w:ascii="Arial" w:hAnsi="Arial"/>
                <w:b/>
                <w:color w:val="FFFFFF" w:themeColor="background1"/>
              </w:rPr>
              <w:t>G. PROPOSED CITATION</w:t>
            </w:r>
          </w:p>
        </w:tc>
      </w:tr>
    </w:tbl>
    <w:p w:rsidR="00F32D66" w:rsidRDefault="00AE017A">
      <w:pPr>
        <w:spacing w:after="80"/>
      </w:pPr>
      <w:r>
        <w:rPr>
          <w:i/>
          <w:sz w:val="18"/>
        </w:rPr>
        <w:t>(Maximum 75 words — State precisely the principal achievement for which the award is proposed):</w:t>
      </w:r>
    </w:p>
    <w:tbl>
      <w:tblPr>
        <w:tblW w:w="0" w:type="auto"/>
        <w:jc w:val="center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ook w:val="04A0" w:firstRow="1" w:lastRow="0" w:firstColumn="1" w:lastColumn="0" w:noHBand="0" w:noVBand="1"/>
      </w:tblPr>
      <w:tblGrid>
        <w:gridCol w:w="9926"/>
      </w:tblGrid>
      <w:tr w:rsidR="00F32D66">
        <w:trPr>
          <w:jc w:val="center"/>
        </w:trPr>
        <w:tc>
          <w:tcPr>
            <w:tcW w:w="9936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32D66" w:rsidRDefault="00F32D66"/>
        </w:tc>
      </w:tr>
    </w:tbl>
    <w:p w:rsidR="00244EE3" w:rsidRDefault="00244EE3">
      <w:pPr>
        <w:spacing w:before="240" w:after="80"/>
        <w:rPr>
          <w:rFonts w:ascii="Arial" w:hAnsi="Arial"/>
          <w:b/>
          <w:color w:val="002060"/>
        </w:rPr>
      </w:pPr>
    </w:p>
    <w:tbl>
      <w:tblPr>
        <w:tblStyle w:val="TableGrid"/>
        <w:tblW w:w="0" w:type="auto"/>
        <w:shd w:val="clear" w:color="auto" w:fill="002060"/>
        <w:tblLook w:val="04A0" w:firstRow="1" w:lastRow="0" w:firstColumn="1" w:lastColumn="0" w:noHBand="0" w:noVBand="1"/>
      </w:tblPr>
      <w:tblGrid>
        <w:gridCol w:w="9926"/>
      </w:tblGrid>
      <w:tr w:rsidR="00244EE3" w:rsidRPr="00244EE3" w:rsidTr="00244EE3">
        <w:trPr>
          <w:trHeight w:val="639"/>
        </w:trPr>
        <w:tc>
          <w:tcPr>
            <w:tcW w:w="9926" w:type="dxa"/>
            <w:shd w:val="clear" w:color="auto" w:fill="002060"/>
          </w:tcPr>
          <w:p w:rsidR="00244EE3" w:rsidRPr="00244EE3" w:rsidRDefault="00244EE3" w:rsidP="00131F7A">
            <w:pPr>
              <w:spacing w:before="240" w:after="80"/>
              <w:rPr>
                <w:color w:val="FFFFFF" w:themeColor="background1"/>
              </w:rPr>
            </w:pPr>
            <w:r w:rsidRPr="00244EE3">
              <w:rPr>
                <w:rFonts w:ascii="Arial" w:hAnsi="Arial"/>
                <w:b/>
                <w:color w:val="FFFFFF" w:themeColor="background1"/>
              </w:rPr>
              <w:t>H. REFERENCES &amp; CONFIDENTIAL REFEREES</w:t>
            </w:r>
          </w:p>
        </w:tc>
      </w:tr>
    </w:tbl>
    <w:p w:rsidR="00F32D66" w:rsidRDefault="00AE017A">
      <w:pPr>
        <w:spacing w:after="40"/>
      </w:pPr>
      <w:r>
        <w:rPr>
          <w:i/>
          <w:sz w:val="17"/>
        </w:rPr>
        <w:t>(At least two international referees familiar with candidate's global contributions are recommended)</w:t>
      </w:r>
    </w:p>
    <w:tbl>
      <w:tblPr>
        <w:tblW w:w="0" w:type="auto"/>
        <w:jc w:val="center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ook w:val="04A0" w:firstRow="1" w:lastRow="0" w:firstColumn="1" w:lastColumn="0" w:noHBand="0" w:noVBand="1"/>
      </w:tblPr>
      <w:tblGrid>
        <w:gridCol w:w="1699"/>
        <w:gridCol w:w="2022"/>
        <w:gridCol w:w="2105"/>
        <w:gridCol w:w="2033"/>
        <w:gridCol w:w="2067"/>
      </w:tblGrid>
      <w:tr w:rsidR="00F32D66" w:rsidTr="000E1574">
        <w:trPr>
          <w:jc w:val="center"/>
        </w:trPr>
        <w:tc>
          <w:tcPr>
            <w:tcW w:w="720" w:type="dxa"/>
            <w:shd w:val="clear" w:color="auto" w:fill="002060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32D66" w:rsidRDefault="00AE017A">
            <w:pPr>
              <w:jc w:val="center"/>
            </w:pPr>
            <w:r>
              <w:rPr>
                <w:rFonts w:ascii="Arial" w:hAnsi="Arial"/>
                <w:b/>
                <w:sz w:val="17"/>
              </w:rPr>
              <w:t>Sl. No.</w:t>
            </w:r>
          </w:p>
        </w:tc>
        <w:tc>
          <w:tcPr>
            <w:tcW w:w="2304" w:type="dxa"/>
            <w:shd w:val="clear" w:color="auto" w:fill="002060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32D66" w:rsidRDefault="00AE017A">
            <w:pPr>
              <w:jc w:val="center"/>
            </w:pPr>
            <w:r>
              <w:rPr>
                <w:rFonts w:ascii="Arial" w:hAnsi="Arial"/>
                <w:b/>
                <w:sz w:val="17"/>
              </w:rPr>
              <w:t>Name of Referee</w:t>
            </w:r>
          </w:p>
        </w:tc>
        <w:tc>
          <w:tcPr>
            <w:tcW w:w="2304" w:type="dxa"/>
            <w:shd w:val="clear" w:color="auto" w:fill="002060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32D66" w:rsidRDefault="00AE017A">
            <w:pPr>
              <w:jc w:val="center"/>
            </w:pPr>
            <w:r>
              <w:rPr>
                <w:rFonts w:ascii="Arial" w:hAnsi="Arial"/>
                <w:b/>
                <w:sz w:val="17"/>
              </w:rPr>
              <w:t>Designation &amp; Organisation</w:t>
            </w:r>
          </w:p>
        </w:tc>
        <w:tc>
          <w:tcPr>
            <w:tcW w:w="2304" w:type="dxa"/>
            <w:shd w:val="clear" w:color="auto" w:fill="002060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32D66" w:rsidRDefault="00AE017A">
            <w:pPr>
              <w:jc w:val="center"/>
            </w:pPr>
            <w:r>
              <w:rPr>
                <w:rFonts w:ascii="Arial" w:hAnsi="Arial"/>
                <w:b/>
                <w:sz w:val="17"/>
              </w:rPr>
              <w:t>Full Address</w:t>
            </w:r>
          </w:p>
        </w:tc>
        <w:tc>
          <w:tcPr>
            <w:tcW w:w="2304" w:type="dxa"/>
            <w:shd w:val="clear" w:color="auto" w:fill="002060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32D66" w:rsidRDefault="00AE017A">
            <w:pPr>
              <w:jc w:val="center"/>
            </w:pPr>
            <w:r>
              <w:rPr>
                <w:rFonts w:ascii="Arial" w:hAnsi="Arial"/>
                <w:b/>
                <w:sz w:val="17"/>
              </w:rPr>
              <w:t>Email &amp; Telephone</w:t>
            </w:r>
          </w:p>
        </w:tc>
      </w:tr>
      <w:tr w:rsidR="00F32D66">
        <w:trPr>
          <w:jc w:val="center"/>
        </w:trPr>
        <w:tc>
          <w:tcPr>
            <w:tcW w:w="198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32D66" w:rsidRDefault="00F32D66"/>
        </w:tc>
        <w:tc>
          <w:tcPr>
            <w:tcW w:w="198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32D66" w:rsidRDefault="00F32D66"/>
        </w:tc>
        <w:tc>
          <w:tcPr>
            <w:tcW w:w="198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32D66" w:rsidRDefault="00F32D66"/>
        </w:tc>
        <w:tc>
          <w:tcPr>
            <w:tcW w:w="198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32D66" w:rsidRDefault="00F32D66"/>
        </w:tc>
        <w:tc>
          <w:tcPr>
            <w:tcW w:w="198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32D66" w:rsidRDefault="00F32D66"/>
        </w:tc>
      </w:tr>
      <w:tr w:rsidR="00F32D66">
        <w:trPr>
          <w:jc w:val="center"/>
        </w:trPr>
        <w:tc>
          <w:tcPr>
            <w:tcW w:w="198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32D66" w:rsidRDefault="00F32D66"/>
        </w:tc>
        <w:tc>
          <w:tcPr>
            <w:tcW w:w="198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32D66" w:rsidRDefault="00F32D66"/>
        </w:tc>
        <w:tc>
          <w:tcPr>
            <w:tcW w:w="198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32D66" w:rsidRDefault="00F32D66"/>
        </w:tc>
        <w:tc>
          <w:tcPr>
            <w:tcW w:w="198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32D66" w:rsidRDefault="00F32D66"/>
        </w:tc>
        <w:tc>
          <w:tcPr>
            <w:tcW w:w="198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32D66" w:rsidRDefault="00F32D66"/>
        </w:tc>
      </w:tr>
      <w:tr w:rsidR="00F32D66">
        <w:trPr>
          <w:jc w:val="center"/>
        </w:trPr>
        <w:tc>
          <w:tcPr>
            <w:tcW w:w="198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32D66" w:rsidRDefault="00F32D66"/>
        </w:tc>
        <w:tc>
          <w:tcPr>
            <w:tcW w:w="198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32D66" w:rsidRDefault="00F32D66"/>
        </w:tc>
        <w:tc>
          <w:tcPr>
            <w:tcW w:w="198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32D66" w:rsidRDefault="00F32D66"/>
        </w:tc>
        <w:tc>
          <w:tcPr>
            <w:tcW w:w="198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32D66" w:rsidRDefault="00F32D66"/>
        </w:tc>
        <w:tc>
          <w:tcPr>
            <w:tcW w:w="198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32D66" w:rsidRDefault="00F32D66"/>
        </w:tc>
      </w:tr>
    </w:tbl>
    <w:p w:rsidR="00244EE3" w:rsidRDefault="00244EE3">
      <w:pPr>
        <w:spacing w:before="240" w:after="80"/>
        <w:rPr>
          <w:rFonts w:ascii="Arial" w:hAnsi="Arial"/>
          <w:b/>
          <w:color w:val="002060"/>
        </w:rPr>
      </w:pPr>
    </w:p>
    <w:tbl>
      <w:tblPr>
        <w:tblStyle w:val="TableGrid"/>
        <w:tblW w:w="0" w:type="auto"/>
        <w:shd w:val="clear" w:color="auto" w:fill="002060"/>
        <w:tblLook w:val="04A0" w:firstRow="1" w:lastRow="0" w:firstColumn="1" w:lastColumn="0" w:noHBand="0" w:noVBand="1"/>
      </w:tblPr>
      <w:tblGrid>
        <w:gridCol w:w="9926"/>
      </w:tblGrid>
      <w:tr w:rsidR="00244EE3" w:rsidRPr="00244EE3" w:rsidTr="00244EE3">
        <w:trPr>
          <w:trHeight w:val="673"/>
        </w:trPr>
        <w:tc>
          <w:tcPr>
            <w:tcW w:w="9926" w:type="dxa"/>
            <w:shd w:val="clear" w:color="auto" w:fill="002060"/>
          </w:tcPr>
          <w:p w:rsidR="00244EE3" w:rsidRPr="00244EE3" w:rsidRDefault="00244EE3" w:rsidP="00C838BA">
            <w:pPr>
              <w:spacing w:before="240" w:after="80"/>
              <w:rPr>
                <w:color w:val="FFFFFF" w:themeColor="background1"/>
              </w:rPr>
            </w:pPr>
            <w:r w:rsidRPr="00244EE3">
              <w:rPr>
                <w:rFonts w:ascii="Arial" w:hAnsi="Arial"/>
                <w:b/>
                <w:color w:val="FFFFFF" w:themeColor="background1"/>
              </w:rPr>
              <w:t>I. DECLARATIONS &amp; SEPARATE CONSENT</w:t>
            </w:r>
          </w:p>
        </w:tc>
      </w:tr>
    </w:tbl>
    <w:p w:rsidR="00F32D66" w:rsidRDefault="00AE017A">
      <w:pPr>
        <w:spacing w:after="80"/>
      </w:pPr>
      <w:r>
        <w:rPr>
          <w:b/>
        </w:rPr>
        <w:t>Applicant / Nominee Consent &amp; Declaration:</w:t>
      </w:r>
      <w:r>
        <w:rPr>
          <w:b/>
        </w:rPr>
        <w:br/>
      </w:r>
      <w:r>
        <w:rPr>
          <w:i/>
          <w:sz w:val="17"/>
        </w:rPr>
        <w:t>"I hereby consent to being considered for the National NDT International Recognition Award. I certify that the information submitted in this application is true, correct, and complete to the best of my knowledge. I understand that misleading details may lead to disqualification. I agree that annual confirmation/updates will be required if ISNT considers my application for subsequent cycles."</w:t>
      </w:r>
    </w:p>
    <w:p w:rsidR="00F32D66" w:rsidRDefault="00AE017A">
      <w:pPr>
        <w:spacing w:after="120"/>
      </w:pPr>
      <w:r>
        <w:rPr>
          <w:b/>
        </w:rPr>
        <w:t>Nominator Declaration (Required for Route B / Sponsoring Nominator):</w:t>
      </w:r>
    </w:p>
    <w:tbl>
      <w:tblPr>
        <w:tblW w:w="0" w:type="auto"/>
        <w:jc w:val="center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ook w:val="04A0" w:firstRow="1" w:lastRow="0" w:firstColumn="1" w:lastColumn="0" w:noHBand="0" w:noVBand="1"/>
      </w:tblPr>
      <w:tblGrid>
        <w:gridCol w:w="4963"/>
        <w:gridCol w:w="4963"/>
      </w:tblGrid>
      <w:tr w:rsidR="00F32D66">
        <w:trPr>
          <w:jc w:val="center"/>
        </w:trPr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32D66" w:rsidRDefault="00AE017A">
            <w:r>
              <w:rPr>
                <w:rFonts w:ascii="Arial" w:hAnsi="Arial"/>
                <w:sz w:val="18"/>
              </w:rPr>
              <w:t>Signature of Applicant / Nominee: ___________________</w:t>
            </w:r>
            <w:r>
              <w:rPr>
                <w:rFonts w:ascii="Arial" w:hAnsi="Arial"/>
                <w:sz w:val="18"/>
              </w:rPr>
              <w:br/>
            </w:r>
            <w:r>
              <w:rPr>
                <w:rFonts w:ascii="Arial" w:hAnsi="Arial"/>
                <w:sz w:val="18"/>
              </w:rPr>
              <w:br/>
              <w:t>Name:</w:t>
            </w:r>
            <w:r>
              <w:rPr>
                <w:rFonts w:ascii="Arial" w:hAnsi="Arial"/>
                <w:sz w:val="18"/>
              </w:rPr>
              <w:br/>
              <w:t>Date:</w:t>
            </w:r>
          </w:p>
        </w:tc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32D66" w:rsidRDefault="00AE017A">
            <w:r>
              <w:rPr>
                <w:rFonts w:ascii="Arial" w:hAnsi="Arial"/>
                <w:sz w:val="18"/>
              </w:rPr>
              <w:t>Signature &amp; Seal of Nominator (if applicable): _______________</w:t>
            </w:r>
            <w:r>
              <w:rPr>
                <w:rFonts w:ascii="Arial" w:hAnsi="Arial"/>
                <w:sz w:val="18"/>
              </w:rPr>
              <w:br/>
            </w:r>
            <w:r>
              <w:rPr>
                <w:rFonts w:ascii="Arial" w:hAnsi="Arial"/>
                <w:sz w:val="18"/>
              </w:rPr>
              <w:br/>
              <w:t>Name &amp; Designation:</w:t>
            </w:r>
            <w:r>
              <w:rPr>
                <w:rFonts w:ascii="Arial" w:hAnsi="Arial"/>
                <w:sz w:val="18"/>
              </w:rPr>
              <w:br/>
              <w:t>Date:</w:t>
            </w:r>
          </w:p>
        </w:tc>
      </w:tr>
    </w:tbl>
    <w:p w:rsidR="00F32D66" w:rsidRDefault="00AE017A">
      <w:pPr>
        <w:spacing w:before="120" w:after="240"/>
      </w:pPr>
      <w:r>
        <w:rPr>
          <w:i/>
          <w:sz w:val="17"/>
        </w:rPr>
        <w:t>Note on Reconsideration: Applications do not automatically carry forward. Applicants must submit an annual confirmation and updated eligibility/consent form by 31st August for consideration in subsequent cycles.</w:t>
      </w:r>
    </w:p>
    <w:tbl>
      <w:tblPr>
        <w:tblStyle w:val="TableGrid"/>
        <w:tblW w:w="0" w:type="auto"/>
        <w:shd w:val="clear" w:color="auto" w:fill="002060"/>
        <w:tblLook w:val="04A0" w:firstRow="1" w:lastRow="0" w:firstColumn="1" w:lastColumn="0" w:noHBand="0" w:noVBand="1"/>
      </w:tblPr>
      <w:tblGrid>
        <w:gridCol w:w="9926"/>
      </w:tblGrid>
      <w:tr w:rsidR="00244EE3" w:rsidRPr="00244EE3" w:rsidTr="00244EE3">
        <w:trPr>
          <w:trHeight w:val="649"/>
        </w:trPr>
        <w:tc>
          <w:tcPr>
            <w:tcW w:w="9926" w:type="dxa"/>
            <w:shd w:val="clear" w:color="auto" w:fill="002060"/>
          </w:tcPr>
          <w:p w:rsidR="00244EE3" w:rsidRPr="00244EE3" w:rsidRDefault="00244EE3" w:rsidP="00514759">
            <w:pPr>
              <w:spacing w:before="240" w:after="80"/>
              <w:rPr>
                <w:rFonts w:ascii="Arial" w:hAnsi="Arial"/>
                <w:b/>
                <w:color w:val="FFFFFF" w:themeColor="background1"/>
              </w:rPr>
            </w:pPr>
            <w:r w:rsidRPr="00244EE3">
              <w:rPr>
                <w:rFonts w:ascii="Arial" w:hAnsi="Arial"/>
                <w:b/>
                <w:color w:val="FFFFFF" w:themeColor="background1"/>
              </w:rPr>
              <w:t>FOR ISNT OFFICE USE ONLY</w:t>
            </w:r>
          </w:p>
        </w:tc>
      </w:tr>
    </w:tbl>
    <w:p w:rsidR="00244EE3" w:rsidRDefault="00244EE3">
      <w:pPr>
        <w:spacing w:before="240" w:after="80"/>
      </w:pPr>
      <w:r>
        <w:tab/>
      </w:r>
    </w:p>
    <w:tbl>
      <w:tblPr>
        <w:tblW w:w="0" w:type="auto"/>
        <w:jc w:val="center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ook w:val="04A0" w:firstRow="1" w:lastRow="0" w:firstColumn="1" w:lastColumn="0" w:noHBand="0" w:noVBand="1"/>
      </w:tblPr>
      <w:tblGrid>
        <w:gridCol w:w="4963"/>
        <w:gridCol w:w="4963"/>
      </w:tblGrid>
      <w:tr w:rsidR="00F32D66">
        <w:trPr>
          <w:jc w:val="center"/>
        </w:trPr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32D66" w:rsidRDefault="00AE017A">
            <w:r>
              <w:rPr>
                <w:rFonts w:ascii="Arial" w:hAnsi="Arial"/>
                <w:b/>
                <w:sz w:val="18"/>
              </w:rPr>
              <w:t>Registration No. &amp; Date:</w:t>
            </w:r>
          </w:p>
        </w:tc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32D66" w:rsidRDefault="00F32D66"/>
        </w:tc>
      </w:tr>
      <w:tr w:rsidR="00F32D66">
        <w:trPr>
          <w:jc w:val="center"/>
        </w:trPr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32D66" w:rsidRDefault="00AE017A">
            <w:r>
              <w:rPr>
                <w:rFonts w:ascii="Arial" w:hAnsi="Arial"/>
                <w:b/>
                <w:sz w:val="18"/>
              </w:rPr>
              <w:t>Acknowledgement No.:</w:t>
            </w:r>
          </w:p>
        </w:tc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32D66" w:rsidRDefault="00F32D66"/>
        </w:tc>
      </w:tr>
      <w:tr w:rsidR="00F32D66">
        <w:trPr>
          <w:jc w:val="center"/>
        </w:trPr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32D66" w:rsidRDefault="00AE017A">
            <w:r>
              <w:rPr>
                <w:rFonts w:ascii="Arial" w:hAnsi="Arial"/>
                <w:b/>
                <w:sz w:val="18"/>
              </w:rPr>
              <w:t>Eligibility &amp; Submission Route Verified:</w:t>
            </w:r>
          </w:p>
        </w:tc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32D66" w:rsidRDefault="00AE017A">
            <w:r>
              <w:rPr>
                <w:rFonts w:ascii="Arial" w:hAnsi="Arial"/>
                <w:sz w:val="18"/>
              </w:rPr>
              <w:t>☐  YES    ☐  NO    ☐  NOT APPLICABLE</w:t>
            </w:r>
          </w:p>
        </w:tc>
      </w:tr>
      <w:tr w:rsidR="00F32D66">
        <w:trPr>
          <w:jc w:val="center"/>
        </w:trPr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32D66" w:rsidRDefault="00AE017A">
            <w:r>
              <w:rPr>
                <w:rFonts w:ascii="Arial" w:hAnsi="Arial"/>
                <w:b/>
                <w:sz w:val="18"/>
              </w:rPr>
              <w:t>Action / Decision:</w:t>
            </w:r>
          </w:p>
        </w:tc>
        <w:tc>
          <w:tcPr>
            <w:tcW w:w="496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32D66" w:rsidRDefault="00AE017A">
            <w:r>
              <w:rPr>
                <w:rFonts w:ascii="Arial" w:hAnsi="Arial"/>
                <w:sz w:val="18"/>
              </w:rPr>
              <w:t>☐  Awarded    ☐  Annual Confirmation Received for Next Cycle    ☐  Not Recommended</w:t>
            </w:r>
          </w:p>
        </w:tc>
      </w:tr>
    </w:tbl>
    <w:p w:rsidR="00AE017A" w:rsidRDefault="00AE017A"/>
    <w:sectPr w:rsidR="00AE017A" w:rsidSect="00034616">
      <w:headerReference w:type="default" r:id="rId9"/>
      <w:footerReference w:type="default" r:id="rId10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5118" w:rsidRDefault="00F25118">
      <w:pPr>
        <w:spacing w:after="0" w:line="240" w:lineRule="auto"/>
      </w:pPr>
      <w:r>
        <w:separator/>
      </w:r>
    </w:p>
  </w:endnote>
  <w:endnote w:type="continuationSeparator" w:id="0">
    <w:p w:rsidR="00F25118" w:rsidRDefault="00F25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D66" w:rsidRDefault="00AE017A">
    <w:pPr>
      <w:pStyle w:val="Footer"/>
      <w:jc w:val="right"/>
    </w:pPr>
    <w:r>
      <w:rPr>
        <w:rFonts w:ascii="Arial" w:hAnsi="Arial"/>
        <w:color w:val="808080"/>
        <w:sz w:val="17"/>
      </w:rPr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8E0641">
      <w:rPr>
        <w:noProof/>
      </w:rPr>
      <w:t>5</w:t>
    </w:r>
    <w:r>
      <w:fldChar w:fldCharType="end"/>
    </w:r>
    <w:r>
      <w:t xml:space="preserve"> of </w:t>
    </w:r>
    <w:fldSimple w:instr=" NUMPAGES ">
      <w:r w:rsidR="008E0641">
        <w:rPr>
          <w:noProof/>
        </w:rPr>
        <w:t>5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5118" w:rsidRDefault="00F25118">
      <w:pPr>
        <w:spacing w:after="0" w:line="240" w:lineRule="auto"/>
      </w:pPr>
      <w:r>
        <w:separator/>
      </w:r>
    </w:p>
  </w:footnote>
  <w:footnote w:type="continuationSeparator" w:id="0">
    <w:p w:rsidR="00F25118" w:rsidRDefault="00F251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D66" w:rsidRDefault="00AE017A">
    <w:pPr>
      <w:pStyle w:val="Header"/>
      <w:jc w:val="right"/>
    </w:pPr>
    <w:r>
      <w:rPr>
        <w:rFonts w:ascii="Arial" w:hAnsi="Arial"/>
        <w:color w:val="808080"/>
        <w:sz w:val="17"/>
      </w:rPr>
      <w:t>ISNT Form ID: ISNT-AF-INT-05 | Rev: 2.0 | SOP Ref: ISNT-SOP-AWR-01 (Annexure III 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E1574"/>
    <w:rsid w:val="000E3152"/>
    <w:rsid w:val="0015074B"/>
    <w:rsid w:val="00244EE3"/>
    <w:rsid w:val="0029639D"/>
    <w:rsid w:val="00326F90"/>
    <w:rsid w:val="00436522"/>
    <w:rsid w:val="008E0641"/>
    <w:rsid w:val="00AA1D8D"/>
    <w:rsid w:val="00AA2704"/>
    <w:rsid w:val="00AE017A"/>
    <w:rsid w:val="00B47730"/>
    <w:rsid w:val="00BE1EB6"/>
    <w:rsid w:val="00CB0664"/>
    <w:rsid w:val="00D41AA5"/>
    <w:rsid w:val="00F25118"/>
    <w:rsid w:val="00F32D6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331B0AA"/>
  <w14:defaultImageDpi w14:val="300"/>
  <w15:docId w15:val="{7A2B6AA6-5FA2-4B0A-BB2F-6CBFA8F78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843283A-14D5-4C1A-A984-ED8FB506D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906</Words>
  <Characters>5168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6062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Unknown</dc:creator>
  <cp:keywords/>
  <dc:description>Unknown</dc:description>
  <cp:lastModifiedBy>Admin</cp:lastModifiedBy>
  <cp:revision>9</cp:revision>
  <cp:lastPrinted>2026-08-27T09:12:00Z</cp:lastPrinted>
  <dcterms:created xsi:type="dcterms:W3CDTF">2026-08-26T11:32:00Z</dcterms:created>
  <dcterms:modified xsi:type="dcterms:W3CDTF">2026-08-27T09:12:00Z</dcterms:modified>
  <cp:category/>
</cp:coreProperties>
</file>